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старшина 2 статьи Марчук Владимир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Марчук Владимир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29.01.1965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 2 статьи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СА-066184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