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(3 ШР 1 мсб) в/звание рядовой Кузин Алексей Викторович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Кузин Алексей Викторович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Кузьмич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19.10.1980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рядовой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Стрелок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СА-550514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04:59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