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Кузин Алексей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Кузин Алексей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Кузьмич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19.10.1980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СА-550514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