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Вашкевич Михаил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Вашкевич Михаил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Тайсон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18.04.1984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СА-549583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