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Вашкевич Михаил Михайлович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Вашкевич Михаил Михайлович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Тайсон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18.04.1984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Механик-водитель - номер расчета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СА-549583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09.09.2026 00:59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