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Маннонов Бобомурод Нуриддинович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Маннонов Бобомурод Нуриддинович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16.07.1994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 — прапорщики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Фельдшер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СА-054616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