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Брезе Кирилл Евгеньевич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Брезе Кирилл Евгеньевич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Никсон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22.06.1975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МТ-915904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