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Горбунов Владимир Юрьевич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Горбунов Владимир Юрьевич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Старый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23.07.1976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СА-079342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