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Глемжа Константин Вацлович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Глемжа Константин Вацлович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Змей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26.01.2004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СА-065390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