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сержант Цветков Александр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Цветков Александр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ЦЦ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27.08.1980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МТ-894530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