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старший лейтенант Сигуткин Ярослав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Сигуткин Ярослав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Алтус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07.01.1987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Х-685590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