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(3 ШР 1 мсб) в/звание рядовой Ермаков Александр Сергеевич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Ермаков Александр Сергеевич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Ермак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23.10.1986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Стрелок - сапер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СА-037277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03:43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