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Ермаков Александр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Ермаков Александр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Ермак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23.10.1986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СА-037277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