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Семенов Сергей Николаевич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Семенов Сергей Николаевич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Сёма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22.05.1999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 -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Ю-992214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00:51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