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атрос Легенда Александ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генда Александ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жин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5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382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