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атрос Легенда Александр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генда Александр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жин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5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8382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