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(3 ШР 1 мсб) в/звание рядовой Захарчук Максим Николаевич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Захарчук Максим Николаевич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Смуглый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01.01.2003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Гранатометчик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МТ-515622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00:20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