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прапорщик Сергунин Андрей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Сергунин Андрей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Обвес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13.03.1994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прапорщик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 — прапорщики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ЕХ-861252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