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Лебедев Алексей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Лебедев Алексей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Лакоста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09.01.2006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СА-229428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