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ефрейтор Жарков Виктор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Жарков Виктор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Ситжес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08.03.1999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Наводчик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Х-514069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