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Рахимов Рахим Салим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химов Рахим Салим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ти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04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72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