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Рахимов Рахим Салим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химов Рахим Салим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ити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2.04.198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72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