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Шахов Николай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Шахов Николай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Нурман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24.01.1998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СА-549722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