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Макеев Олег Анатольевич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Макеев Олег Анатольевич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Макей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05.08.1992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АБ-938934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