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Степанов Глеб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Степанов Глеб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Опасный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28.02.1990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Э-649675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