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(3 ШР 1 мсб) в/звание рядовой Степанов Глеб Юрьевич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Степанов Глеб Юрьевич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Опасный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28.02.1990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рядовой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4 — солдаты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Стрелок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Э-649675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07.09.2026 23:40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