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(3 ШР 1 мсб) в/звание рядовой Лабутин Павел Александрович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Лабутин Павел Александрович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Лабута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17.11.1980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Стрелок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СА-550210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08.11.2026 02:47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