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Савенко Юрий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Савенко Юрий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Сява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19.03.1974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СА-232433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