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ефрейтор Герасимчук Егор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расимчук Егор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юй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9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52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