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ефрейтор Герасимчук Егор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ерасимчук Егор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юй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9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9552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