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(1 МСР 1 мсб) в/звание старший прапорщик Потапов Иван Владимирович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Потапов Иван Владимирович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Ключ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19.09.1982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старший прапорщик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 — прапорщики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Старший техник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Х-654571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12:56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