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(3 ШР 1 мсб) в/звание рядовой Козорез Виталий Владимирович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Козорез Виталий Владимирович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Питон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24.08.1999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Старший стрелок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МТ-574440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00:36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