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Козорез Виталий Владимирович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Козорез Виталий Владимирович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Питон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24.08.1999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стрелок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МТ-574440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22:12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