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Носирзода Алиёр Азизчон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Носирзода Алиёр Азизчон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Орел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07.02.2002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СА-082688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