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Каракулько Александр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Каракулько Александр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Батя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03.10.1973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СА-549661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01:44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