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младший лейтенант Мельников Николай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Мельников Николай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Чина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22.03.1991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АБ-032481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