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младший сержант Кодинцев Сергей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Кодинцев Сергей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Покой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09.10.2001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радиотелефонист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АВ-249096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