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Жамков Дмитрий Игор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амков Дмитрий Игор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нце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6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Фельдш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89942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