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Жамков Дмитрий Игор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амков Дмитрий Игор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нце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6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ельдш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9942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