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старшина Быков Алексей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Быков Алексей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Бык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30.06.1984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 — прапорщики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СА-036581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