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лейтенант Головин Алексей Алексеевич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Головин Алексей Алексеевич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Майор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06.05.1985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роты по военно-политической работе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АВ-251173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