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(3 ШР 1 мсб) в/звание младший лейтенант Татарников Владимир Николаевич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Татарников Владимир Николаевич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Гектор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15.07.1993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младший лейтенант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 — офицеры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Заместитель командира роты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МТ-080128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01:04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