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младший лейтенант Татарников Владимир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Татарников Владимир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Гектор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15.07.1993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роты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МТ-080128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