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(3 ШР 1 мсб) в/звание лейтенант Заборских Семен Вячеславович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Заборских Семен Вячеславович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Волгарь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18.09.2003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лейтенант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 — офицеры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Командир роты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РА-161414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12:56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