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лейтенант Заборских Семен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Заборских Семен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Волгарь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18.09.2003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роты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РА-161414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