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лейтенант Симонов Артур Денисович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Симонов Артур Денисович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Эльбрус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03.12.2001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роты по военно-политической работе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РА-046480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