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(Упр. 1 мсб 1 мсб) в/звание майор Фильков Данил Анатольевич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Фильков Данил Анатольевич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Приморье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06.08.1997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майор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батальона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ЕХ-622036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