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майор Фильков Данил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Фильков Данил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Приморье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06.08.1997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батальона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ЕХ-622036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